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261F1" w14:textId="70062276" w:rsidR="00042E2E" w:rsidRDefault="00042E2E" w:rsidP="00042E2E">
      <w:pPr>
        <w:rPr>
          <w:rFonts w:ascii="Arial" w:hAnsi="Arial" w:cs="Arial"/>
          <w:lang w:val="pl-PL"/>
        </w:rPr>
      </w:pPr>
      <w:r w:rsidRPr="00042E2E">
        <w:rPr>
          <w:rFonts w:ascii="Arial" w:hAnsi="Arial" w:cs="Arial"/>
          <w:lang w:val="pl-PL"/>
        </w:rPr>
        <w:t>Załącznik nr 1 Formularz Ofertowy</w:t>
      </w:r>
    </w:p>
    <w:p w14:paraId="31EA5C48" w14:textId="77777777" w:rsidR="00042E2E" w:rsidRPr="00042E2E" w:rsidRDefault="00042E2E" w:rsidP="00042E2E">
      <w:pPr>
        <w:rPr>
          <w:rFonts w:ascii="Arial" w:hAnsi="Arial" w:cs="Arial"/>
          <w:lang w:val="pl-PL"/>
        </w:rPr>
      </w:pPr>
    </w:p>
    <w:p w14:paraId="3079B607" w14:textId="049622DD" w:rsidR="00E329C0" w:rsidRPr="00E329C0" w:rsidRDefault="00E329C0" w:rsidP="00E329C0">
      <w:pPr>
        <w:pStyle w:val="Akapitzlist"/>
        <w:numPr>
          <w:ilvl w:val="0"/>
          <w:numId w:val="11"/>
        </w:numPr>
        <w:ind w:left="284" w:hanging="284"/>
        <w:rPr>
          <w:rFonts w:ascii="Arial" w:hAnsi="Arial" w:cs="Arial"/>
          <w:b/>
          <w:bCs/>
          <w:lang w:val="pl-PL"/>
        </w:rPr>
      </w:pPr>
      <w:r w:rsidRPr="00E329C0">
        <w:rPr>
          <w:rFonts w:ascii="Arial" w:hAnsi="Arial" w:cs="Arial"/>
          <w:b/>
          <w:bCs/>
          <w:lang w:val="pl-PL"/>
        </w:rPr>
        <w:t xml:space="preserve">Dane </w:t>
      </w:r>
      <w:r w:rsidR="00055499">
        <w:rPr>
          <w:rFonts w:ascii="Arial" w:hAnsi="Arial" w:cs="Arial"/>
          <w:b/>
          <w:bCs/>
          <w:lang w:val="pl-PL"/>
        </w:rPr>
        <w:t>Oferenta</w:t>
      </w:r>
    </w:p>
    <w:p w14:paraId="6A18D06D" w14:textId="1082F84F" w:rsidR="00E329C0" w:rsidRPr="00E329C0" w:rsidRDefault="00055499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Nazwa: </w:t>
      </w:r>
      <w:r w:rsidR="00E329C0" w:rsidRPr="00E329C0">
        <w:rPr>
          <w:rFonts w:ascii="Arial" w:hAnsi="Arial" w:cs="Arial"/>
          <w:lang w:val="pl-PL"/>
        </w:rPr>
        <w:t>……………………………………………………………………</w:t>
      </w:r>
    </w:p>
    <w:p w14:paraId="3DD29EB9" w14:textId="3AF7C8E8" w:rsidR="00E329C0" w:rsidRPr="00E329C0" w:rsidRDefault="00055499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Adres: </w:t>
      </w:r>
      <w:r w:rsidR="00E329C0" w:rsidRPr="00E329C0">
        <w:rPr>
          <w:rFonts w:ascii="Arial" w:hAnsi="Arial" w:cs="Arial"/>
          <w:lang w:val="pl-PL"/>
        </w:rPr>
        <w:t>……………………………………………………………………</w:t>
      </w:r>
    </w:p>
    <w:p w14:paraId="176DC4F5" w14:textId="7AAA2CC5" w:rsidR="00E329C0" w:rsidRDefault="00055499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Telefon: </w:t>
      </w:r>
      <w:r w:rsidR="00E329C0" w:rsidRPr="00E329C0">
        <w:rPr>
          <w:rFonts w:ascii="Arial" w:hAnsi="Arial" w:cs="Arial"/>
          <w:lang w:val="pl-PL"/>
        </w:rPr>
        <w:t>……………………………………………………………………</w:t>
      </w:r>
    </w:p>
    <w:p w14:paraId="0FACB1BB" w14:textId="2E00789D" w:rsidR="00055499" w:rsidRPr="00E329C0" w:rsidRDefault="00055499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E-mail: ……………………………………………………………………..</w:t>
      </w:r>
    </w:p>
    <w:p w14:paraId="757F6DCE" w14:textId="023B1A5E" w:rsidR="00E329C0" w:rsidRPr="00E329C0" w:rsidRDefault="00000000" w:rsidP="00E329C0">
      <w:pPr>
        <w:pStyle w:val="Akapitzlist"/>
        <w:numPr>
          <w:ilvl w:val="0"/>
          <w:numId w:val="11"/>
        </w:numPr>
        <w:ind w:left="284" w:hanging="284"/>
        <w:jc w:val="both"/>
        <w:rPr>
          <w:rFonts w:ascii="Arial" w:hAnsi="Arial" w:cs="Arial"/>
          <w:b/>
          <w:bCs/>
          <w:lang w:val="pl-PL"/>
        </w:rPr>
      </w:pPr>
      <w:r w:rsidRPr="00E329C0">
        <w:rPr>
          <w:rFonts w:ascii="Arial" w:hAnsi="Arial" w:cs="Arial"/>
          <w:b/>
          <w:bCs/>
          <w:lang w:val="pl-PL"/>
        </w:rPr>
        <w:t>Oferuję wykonanie przedmiotu zamówienia:</w:t>
      </w:r>
      <w:r w:rsidR="00E329C0" w:rsidRPr="00E329C0">
        <w:rPr>
          <w:rFonts w:ascii="Arial" w:hAnsi="Arial" w:cs="Arial"/>
          <w:b/>
          <w:bCs/>
          <w:lang w:val="pl-PL"/>
        </w:rPr>
        <w:t xml:space="preserve"> </w:t>
      </w:r>
      <w:r w:rsidR="00055499" w:rsidRPr="00055499">
        <w:rPr>
          <w:rFonts w:ascii="Arial" w:hAnsi="Arial" w:cs="Arial"/>
          <w:lang w:val="pl-PL"/>
        </w:rPr>
        <w:t>Opracowanie dokumentu pn.</w:t>
      </w:r>
      <w:r w:rsidR="00055499">
        <w:rPr>
          <w:rFonts w:ascii="Arial" w:hAnsi="Arial" w:cs="Arial"/>
          <w:lang w:val="pl-PL"/>
        </w:rPr>
        <w:t> </w:t>
      </w:r>
      <w:r w:rsidR="00055499" w:rsidRPr="00055499">
        <w:rPr>
          <w:rFonts w:ascii="Arial" w:hAnsi="Arial" w:cs="Arial"/>
          <w:lang w:val="pl-PL"/>
        </w:rPr>
        <w:t>„Strategia Terytorialna Otuliny Roztocza na lata 2025 – 203</w:t>
      </w:r>
      <w:r w:rsidR="00A14D49">
        <w:rPr>
          <w:rFonts w:ascii="Arial" w:hAnsi="Arial" w:cs="Arial"/>
          <w:lang w:val="pl-PL"/>
        </w:rPr>
        <w:t>0</w:t>
      </w:r>
      <w:r w:rsidR="00055499" w:rsidRPr="00055499">
        <w:rPr>
          <w:rFonts w:ascii="Arial" w:hAnsi="Arial" w:cs="Arial"/>
          <w:lang w:val="pl-PL"/>
        </w:rPr>
        <w:t xml:space="preserve"> obejmująca gminy: Bychawa, Chrzanów, Goraj, Jabłonna, Szastarka, Turobin, Wysokie, Zakrzówek” na podstawie art. 36 ustawy z dnia 28 kwietnia 2022 r. o zasadach realizacji zadań finansowanych ze środków europejskich w perspektywie finansowej 2021- 2027 (Dz. U. z 2022 r., poz. 1079).</w:t>
      </w:r>
      <w:r w:rsidR="00055499">
        <w:rPr>
          <w:rFonts w:ascii="Arial" w:hAnsi="Arial" w:cs="Arial"/>
          <w:lang w:val="pl-PL"/>
        </w:rPr>
        <w:t xml:space="preserve"> </w:t>
      </w:r>
      <w:r w:rsidR="00055499" w:rsidRPr="00055499">
        <w:rPr>
          <w:rFonts w:ascii="Arial" w:hAnsi="Arial" w:cs="Arial"/>
          <w:lang w:val="pl-PL"/>
        </w:rPr>
        <w:t>W rozumieniu wskazanej ustawy jest to</w:t>
      </w:r>
      <w:r w:rsidR="00055499">
        <w:rPr>
          <w:rFonts w:ascii="Arial" w:hAnsi="Arial" w:cs="Arial"/>
          <w:lang w:val="pl-PL"/>
        </w:rPr>
        <w:t> </w:t>
      </w:r>
      <w:r w:rsidR="00055499" w:rsidRPr="00055499">
        <w:rPr>
          <w:rFonts w:ascii="Arial" w:hAnsi="Arial" w:cs="Arial"/>
          <w:lang w:val="pl-PL"/>
        </w:rPr>
        <w:t>Strategia Innych Instrumentów Terytorialnych (Strategia IIT)</w:t>
      </w:r>
      <w:r w:rsidRPr="00E329C0">
        <w:rPr>
          <w:rFonts w:ascii="Arial" w:hAnsi="Arial" w:cs="Arial"/>
          <w:lang w:val="pl-PL"/>
        </w:rPr>
        <w:t>” za:</w:t>
      </w:r>
    </w:p>
    <w:tbl>
      <w:tblPr>
        <w:tblW w:w="921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228"/>
        <w:gridCol w:w="992"/>
        <w:gridCol w:w="567"/>
        <w:gridCol w:w="1039"/>
        <w:gridCol w:w="5386"/>
      </w:tblGrid>
      <w:tr w:rsidR="00E329C0" w:rsidRPr="00E329C0" w14:paraId="5F94C843" w14:textId="77777777" w:rsidTr="00E329C0">
        <w:trPr>
          <w:trHeight w:hRule="exact" w:val="736"/>
        </w:trPr>
        <w:tc>
          <w:tcPr>
            <w:tcW w:w="1228" w:type="dxa"/>
            <w:vAlign w:val="center"/>
          </w:tcPr>
          <w:p w14:paraId="34A47C3C" w14:textId="77777777" w:rsidR="00E329C0" w:rsidRPr="00E329C0" w:rsidRDefault="00E329C0" w:rsidP="00E329C0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E329C0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cenę brutto: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253EE224" w14:textId="5CE08D60" w:rsidR="00E329C0" w:rsidRPr="00E329C0" w:rsidRDefault="00E329C0" w:rsidP="00E329C0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E329C0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..................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78763878" w14:textId="77777777" w:rsidR="00E329C0" w:rsidRPr="00E329C0" w:rsidRDefault="00E329C0" w:rsidP="00E329C0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E329C0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zł</w:t>
            </w:r>
          </w:p>
        </w:tc>
        <w:tc>
          <w:tcPr>
            <w:tcW w:w="1039" w:type="dxa"/>
            <w:vAlign w:val="center"/>
          </w:tcPr>
          <w:p w14:paraId="6A61590A" w14:textId="77777777" w:rsidR="00E329C0" w:rsidRPr="00E329C0" w:rsidRDefault="00E329C0" w:rsidP="00E329C0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E329C0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słownie brutto:</w:t>
            </w:r>
          </w:p>
        </w:tc>
        <w:tc>
          <w:tcPr>
            <w:tcW w:w="5386" w:type="dxa"/>
            <w:vAlign w:val="bottom"/>
          </w:tcPr>
          <w:p w14:paraId="33A1C1CE" w14:textId="77777777" w:rsidR="00E329C0" w:rsidRPr="00E329C0" w:rsidRDefault="00E329C0" w:rsidP="00E329C0">
            <w:pPr>
              <w:spacing w:after="0" w:line="36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E329C0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………………………………………………………………………….</w:t>
            </w:r>
          </w:p>
        </w:tc>
      </w:tr>
      <w:tr w:rsidR="00E329C0" w:rsidRPr="00E329C0" w14:paraId="2C9D8462" w14:textId="77777777" w:rsidTr="00E329C0">
        <w:trPr>
          <w:trHeight w:hRule="exact" w:val="719"/>
        </w:trPr>
        <w:tc>
          <w:tcPr>
            <w:tcW w:w="1228" w:type="dxa"/>
            <w:vAlign w:val="center"/>
          </w:tcPr>
          <w:p w14:paraId="69D396AB" w14:textId="77777777" w:rsidR="00E329C0" w:rsidRPr="00E329C0" w:rsidRDefault="00E329C0" w:rsidP="00E329C0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E329C0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cenę netto: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75480046" w14:textId="66F5184C" w:rsidR="00E329C0" w:rsidRPr="00E329C0" w:rsidRDefault="00E329C0" w:rsidP="00E329C0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E329C0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..................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663F7BAF" w14:textId="77777777" w:rsidR="00E329C0" w:rsidRPr="00E329C0" w:rsidRDefault="00E329C0" w:rsidP="00E329C0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E329C0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zł</w:t>
            </w:r>
          </w:p>
        </w:tc>
        <w:tc>
          <w:tcPr>
            <w:tcW w:w="1039" w:type="dxa"/>
            <w:vAlign w:val="center"/>
          </w:tcPr>
          <w:p w14:paraId="2C78C4F6" w14:textId="77777777" w:rsidR="00E329C0" w:rsidRPr="00E329C0" w:rsidRDefault="00E329C0" w:rsidP="00E329C0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E329C0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słownie netto:</w:t>
            </w:r>
          </w:p>
        </w:tc>
        <w:tc>
          <w:tcPr>
            <w:tcW w:w="5386" w:type="dxa"/>
            <w:vAlign w:val="bottom"/>
          </w:tcPr>
          <w:p w14:paraId="3028E9C9" w14:textId="77777777" w:rsidR="00E329C0" w:rsidRPr="00E329C0" w:rsidRDefault="00E329C0" w:rsidP="00E329C0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E329C0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…………………………………………………………………………</w:t>
            </w:r>
          </w:p>
        </w:tc>
      </w:tr>
      <w:tr w:rsidR="00E329C0" w:rsidRPr="00E329C0" w14:paraId="7336FE5D" w14:textId="77777777" w:rsidTr="00E329C0">
        <w:trPr>
          <w:trHeight w:hRule="exact" w:val="678"/>
        </w:trPr>
        <w:tc>
          <w:tcPr>
            <w:tcW w:w="1228" w:type="dxa"/>
            <w:vAlign w:val="center"/>
          </w:tcPr>
          <w:p w14:paraId="31EC7E91" w14:textId="77777777" w:rsidR="00E329C0" w:rsidRPr="00E329C0" w:rsidRDefault="00E329C0" w:rsidP="00E329C0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E329C0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podatek VAT: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58C047C8" w14:textId="3ED41AEC" w:rsidR="00E329C0" w:rsidRPr="00E329C0" w:rsidRDefault="00E329C0" w:rsidP="00E329C0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E329C0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..................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638EABF4" w14:textId="77777777" w:rsidR="00E329C0" w:rsidRPr="00E329C0" w:rsidRDefault="00E329C0" w:rsidP="00E329C0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E329C0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zł</w:t>
            </w:r>
          </w:p>
        </w:tc>
        <w:tc>
          <w:tcPr>
            <w:tcW w:w="1039" w:type="dxa"/>
            <w:vAlign w:val="center"/>
          </w:tcPr>
          <w:p w14:paraId="7367A9D9" w14:textId="77777777" w:rsidR="00E329C0" w:rsidRPr="00E329C0" w:rsidRDefault="00E329C0" w:rsidP="00E329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E329C0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słownie</w:t>
            </w:r>
            <w:r w:rsidRPr="00E329C0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br/>
              <w:t>podatek VAT:</w:t>
            </w:r>
          </w:p>
        </w:tc>
        <w:tc>
          <w:tcPr>
            <w:tcW w:w="5386" w:type="dxa"/>
            <w:vAlign w:val="bottom"/>
          </w:tcPr>
          <w:p w14:paraId="6AEBCD7C" w14:textId="77777777" w:rsidR="00E329C0" w:rsidRPr="00E329C0" w:rsidRDefault="00E329C0" w:rsidP="00E329C0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E329C0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…………………………………………………………………………</w:t>
            </w:r>
          </w:p>
        </w:tc>
      </w:tr>
    </w:tbl>
    <w:p w14:paraId="52DD13BE" w14:textId="77777777" w:rsidR="00E329C0" w:rsidRDefault="00E329C0" w:rsidP="00E329C0">
      <w:pPr>
        <w:rPr>
          <w:rFonts w:ascii="Arial" w:hAnsi="Arial" w:cs="Arial"/>
          <w:lang w:val="pl-PL"/>
        </w:rPr>
      </w:pPr>
    </w:p>
    <w:p w14:paraId="05CB0684" w14:textId="17D46821" w:rsidR="003D5351" w:rsidRPr="00E329C0" w:rsidRDefault="003D5351" w:rsidP="00E329C0">
      <w:pPr>
        <w:pStyle w:val="Akapitzlist"/>
        <w:numPr>
          <w:ilvl w:val="0"/>
          <w:numId w:val="11"/>
        </w:numPr>
        <w:ind w:left="284" w:hanging="284"/>
        <w:jc w:val="both"/>
        <w:rPr>
          <w:rFonts w:ascii="Arial" w:hAnsi="Arial" w:cs="Arial"/>
          <w:b/>
          <w:bCs/>
          <w:lang w:val="pl-PL"/>
        </w:rPr>
      </w:pPr>
      <w:r w:rsidRPr="00E329C0">
        <w:rPr>
          <w:rFonts w:ascii="Arial" w:hAnsi="Arial" w:cs="Arial"/>
          <w:b/>
          <w:bCs/>
          <w:lang w:val="pl-PL"/>
        </w:rPr>
        <w:t xml:space="preserve">Oświadczam, że </w:t>
      </w:r>
      <w:r w:rsidR="00C8249E">
        <w:rPr>
          <w:rFonts w:ascii="Arial" w:hAnsi="Arial" w:cs="Arial"/>
          <w:b/>
          <w:bCs/>
          <w:lang w:val="pl-PL"/>
        </w:rPr>
        <w:t>osoba wyznaczona do realizacji zamówienia wykonała</w:t>
      </w:r>
      <w:r w:rsidR="00042E2E" w:rsidRPr="00042E2E">
        <w:rPr>
          <w:rFonts w:ascii="Arial" w:hAnsi="Arial" w:cs="Arial"/>
          <w:b/>
          <w:bCs/>
          <w:lang w:val="pl-PL"/>
        </w:rPr>
        <w:t xml:space="preserve"> co</w:t>
      </w:r>
      <w:r w:rsidR="00C8249E">
        <w:rPr>
          <w:rFonts w:ascii="Arial" w:hAnsi="Arial" w:cs="Arial"/>
          <w:b/>
          <w:bCs/>
          <w:lang w:val="pl-PL"/>
        </w:rPr>
        <w:t> </w:t>
      </w:r>
      <w:r w:rsidR="00042E2E" w:rsidRPr="00042E2E">
        <w:rPr>
          <w:rFonts w:ascii="Arial" w:hAnsi="Arial" w:cs="Arial"/>
          <w:b/>
          <w:bCs/>
          <w:lang w:val="pl-PL"/>
        </w:rPr>
        <w:t xml:space="preserve">najmniej </w:t>
      </w:r>
      <w:r w:rsidR="00042E2E">
        <w:rPr>
          <w:rFonts w:ascii="Arial" w:hAnsi="Arial" w:cs="Arial"/>
          <w:b/>
          <w:bCs/>
          <w:lang w:val="pl-PL"/>
        </w:rPr>
        <w:t>2</w:t>
      </w:r>
      <w:r w:rsidR="00042E2E" w:rsidRPr="00042E2E">
        <w:rPr>
          <w:rFonts w:ascii="Arial" w:hAnsi="Arial" w:cs="Arial"/>
          <w:b/>
          <w:bCs/>
          <w:lang w:val="pl-PL"/>
        </w:rPr>
        <w:t xml:space="preserve"> usług</w:t>
      </w:r>
      <w:r w:rsidR="00042E2E">
        <w:rPr>
          <w:rFonts w:ascii="Arial" w:hAnsi="Arial" w:cs="Arial"/>
          <w:b/>
          <w:bCs/>
          <w:lang w:val="pl-PL"/>
        </w:rPr>
        <w:t>i</w:t>
      </w:r>
      <w:r w:rsidR="00042E2E" w:rsidRPr="00042E2E">
        <w:rPr>
          <w:rFonts w:ascii="Arial" w:hAnsi="Arial" w:cs="Arial"/>
          <w:b/>
          <w:bCs/>
          <w:lang w:val="pl-PL"/>
        </w:rPr>
        <w:t xml:space="preserve"> polegając</w:t>
      </w:r>
      <w:r w:rsidR="00042E2E">
        <w:rPr>
          <w:rFonts w:ascii="Arial" w:hAnsi="Arial" w:cs="Arial"/>
          <w:b/>
          <w:bCs/>
          <w:lang w:val="pl-PL"/>
        </w:rPr>
        <w:t>e</w:t>
      </w:r>
      <w:r w:rsidR="00042E2E" w:rsidRPr="00042E2E">
        <w:rPr>
          <w:rFonts w:ascii="Arial" w:hAnsi="Arial" w:cs="Arial"/>
          <w:b/>
          <w:bCs/>
          <w:lang w:val="pl-PL"/>
        </w:rPr>
        <w:t xml:space="preserve"> na opracowaniu </w:t>
      </w:r>
      <w:r w:rsidR="00042E2E">
        <w:rPr>
          <w:rFonts w:ascii="Arial" w:hAnsi="Arial" w:cs="Arial"/>
          <w:b/>
          <w:bCs/>
          <w:lang w:val="pl-PL"/>
        </w:rPr>
        <w:t>S</w:t>
      </w:r>
      <w:r w:rsidR="00042E2E" w:rsidRPr="00042E2E">
        <w:rPr>
          <w:rFonts w:ascii="Arial" w:hAnsi="Arial" w:cs="Arial"/>
          <w:b/>
          <w:bCs/>
          <w:lang w:val="pl-PL"/>
        </w:rPr>
        <w:t xml:space="preserve">trategii Zintegrowanych Inwestycji Terytorialnych lub </w:t>
      </w:r>
      <w:r w:rsidR="00042E2E">
        <w:rPr>
          <w:rFonts w:ascii="Arial" w:hAnsi="Arial" w:cs="Arial"/>
          <w:b/>
          <w:bCs/>
          <w:lang w:val="pl-PL"/>
        </w:rPr>
        <w:t>S</w:t>
      </w:r>
      <w:r w:rsidR="00042E2E" w:rsidRPr="00042E2E">
        <w:rPr>
          <w:rFonts w:ascii="Arial" w:hAnsi="Arial" w:cs="Arial"/>
          <w:b/>
          <w:bCs/>
          <w:lang w:val="pl-PL"/>
        </w:rPr>
        <w:t>trategii Innych Instrumentów Terytorialnych</w:t>
      </w:r>
      <w:r w:rsidR="00C8249E" w:rsidRPr="00C8249E">
        <w:rPr>
          <w:lang w:val="pl-PL"/>
        </w:rPr>
        <w:t xml:space="preserve"> </w:t>
      </w:r>
      <w:r w:rsidR="00C8249E" w:rsidRPr="00C8249E">
        <w:rPr>
          <w:rFonts w:ascii="Arial" w:hAnsi="Arial" w:cs="Arial"/>
          <w:b/>
          <w:bCs/>
          <w:lang w:val="pl-PL"/>
        </w:rPr>
        <w:t>w rozumieniu ustawy o zasadach realizacji zadań finansowanych ze środków europejskich w perspektywie finansowej 2021-2027</w:t>
      </w:r>
      <w:r w:rsidR="00C8249E">
        <w:rPr>
          <w:rFonts w:ascii="Arial" w:hAnsi="Arial" w:cs="Arial"/>
          <w:b/>
          <w:bCs/>
          <w:lang w:val="pl-PL"/>
        </w:rPr>
        <w:t xml:space="preserve"> </w:t>
      </w:r>
      <w:r w:rsidRPr="00E329C0">
        <w:rPr>
          <w:rFonts w:ascii="Arial" w:hAnsi="Arial" w:cs="Arial"/>
          <w:b/>
          <w:bCs/>
          <w:lang w:val="pl-PL"/>
        </w:rPr>
        <w:t>.</w:t>
      </w:r>
    </w:p>
    <w:p w14:paraId="33C4FE54" w14:textId="3F129495" w:rsidR="003D5351" w:rsidRPr="003D5351" w:rsidRDefault="003D5351" w:rsidP="003D5351">
      <w:pPr>
        <w:rPr>
          <w:rFonts w:ascii="Arial" w:hAnsi="Arial" w:cs="Arial"/>
          <w:lang w:val="pl-PL"/>
        </w:rPr>
      </w:pPr>
      <w:r w:rsidRPr="003D5351">
        <w:rPr>
          <w:rFonts w:ascii="Arial" w:hAnsi="Arial" w:cs="Arial"/>
          <w:b/>
          <w:bCs/>
          <w:lang w:val="pl-PL"/>
        </w:rPr>
        <w:t xml:space="preserve">Liczba </w:t>
      </w:r>
      <w:r w:rsidR="00042E2E">
        <w:rPr>
          <w:rFonts w:ascii="Arial" w:hAnsi="Arial" w:cs="Arial"/>
          <w:b/>
          <w:bCs/>
          <w:lang w:val="pl-PL"/>
        </w:rPr>
        <w:t>wykonanych usług polegających na opracowaniu</w:t>
      </w:r>
      <w:r w:rsidRPr="003D5351">
        <w:rPr>
          <w:rFonts w:ascii="Arial" w:hAnsi="Arial" w:cs="Arial"/>
          <w:b/>
          <w:bCs/>
          <w:lang w:val="pl-PL"/>
        </w:rPr>
        <w:t xml:space="preserve"> </w:t>
      </w:r>
      <w:r w:rsidR="00042E2E" w:rsidRPr="00042E2E">
        <w:rPr>
          <w:rFonts w:ascii="Arial" w:hAnsi="Arial" w:cs="Arial"/>
          <w:b/>
          <w:bCs/>
          <w:lang w:val="pl-PL"/>
        </w:rPr>
        <w:t>Strategii Zintegrowanych Inwestycji Terytorialnych lub Strategii Innych Instrumentów Terytorialnych</w:t>
      </w:r>
      <w:r w:rsidR="00C8249E" w:rsidRPr="00C8249E">
        <w:rPr>
          <w:lang w:val="pl-PL"/>
        </w:rPr>
        <w:t xml:space="preserve"> </w:t>
      </w:r>
      <w:r w:rsidR="00C8249E" w:rsidRPr="00C8249E">
        <w:rPr>
          <w:rFonts w:ascii="Arial" w:hAnsi="Arial" w:cs="Arial"/>
          <w:b/>
          <w:bCs/>
          <w:lang w:val="pl-PL"/>
        </w:rPr>
        <w:t>w rozumieniu ustawy o zasadach realizacji zadań finansowanych ze środków europejskich w perspektywie finansowej 2021-2027</w:t>
      </w:r>
      <w:r w:rsidR="00C8249E">
        <w:rPr>
          <w:rFonts w:ascii="Arial" w:hAnsi="Arial" w:cs="Arial"/>
          <w:b/>
          <w:bCs/>
          <w:lang w:val="pl-PL"/>
        </w:rPr>
        <w:t xml:space="preserve"> </w:t>
      </w:r>
      <w:r w:rsidRPr="003D5351">
        <w:rPr>
          <w:rFonts w:ascii="Arial" w:hAnsi="Arial" w:cs="Arial"/>
          <w:b/>
          <w:bCs/>
          <w:lang w:val="pl-PL"/>
        </w:rPr>
        <w:t>:</w:t>
      </w:r>
      <w:r w:rsidRPr="003D5351">
        <w:rPr>
          <w:rFonts w:ascii="Arial" w:hAnsi="Arial" w:cs="Arial"/>
          <w:lang w:val="pl-PL"/>
        </w:rPr>
        <w:br/>
      </w:r>
      <w:r w:rsidRPr="003D5351">
        <w:rPr>
          <w:rFonts w:ascii="Segoe UI Symbol" w:hAnsi="Segoe UI Symbol" w:cs="Segoe UI Symbol"/>
          <w:lang w:val="pl-PL"/>
        </w:rPr>
        <w:t>☐</w:t>
      </w:r>
      <w:r w:rsidRPr="003D5351">
        <w:rPr>
          <w:rFonts w:ascii="Arial" w:hAnsi="Arial" w:cs="Arial"/>
          <w:lang w:val="pl-PL"/>
        </w:rPr>
        <w:t xml:space="preserve"> 2 </w:t>
      </w:r>
      <w:r w:rsidR="00042E2E">
        <w:rPr>
          <w:rFonts w:ascii="Arial" w:hAnsi="Arial" w:cs="Arial"/>
          <w:lang w:val="pl-PL"/>
        </w:rPr>
        <w:t>usługi</w:t>
      </w:r>
      <w:r w:rsidRPr="003D5351">
        <w:rPr>
          <w:rFonts w:ascii="Arial" w:hAnsi="Arial" w:cs="Arial"/>
          <w:lang w:val="pl-PL"/>
        </w:rPr>
        <w:t xml:space="preserve"> (spełnienie wymogu)</w:t>
      </w:r>
      <w:r w:rsidRPr="003D5351">
        <w:rPr>
          <w:rFonts w:ascii="Arial" w:hAnsi="Arial" w:cs="Arial"/>
          <w:lang w:val="pl-PL"/>
        </w:rPr>
        <w:br/>
      </w:r>
      <w:r w:rsidRPr="003D5351">
        <w:rPr>
          <w:rFonts w:ascii="Segoe UI Symbol" w:hAnsi="Segoe UI Symbol" w:cs="Segoe UI Symbol"/>
          <w:lang w:val="pl-PL"/>
        </w:rPr>
        <w:t>☐</w:t>
      </w:r>
      <w:r w:rsidRPr="003D5351">
        <w:rPr>
          <w:rFonts w:ascii="Arial" w:hAnsi="Arial" w:cs="Arial"/>
          <w:lang w:val="pl-PL"/>
        </w:rPr>
        <w:t xml:space="preserve"> </w:t>
      </w:r>
      <w:r w:rsidR="00042E2E">
        <w:rPr>
          <w:rFonts w:ascii="Arial" w:hAnsi="Arial" w:cs="Arial"/>
          <w:lang w:val="pl-PL"/>
        </w:rPr>
        <w:t>3 usługi</w:t>
      </w:r>
      <w:r w:rsidRPr="003D5351">
        <w:rPr>
          <w:rFonts w:ascii="Arial" w:hAnsi="Arial" w:cs="Arial"/>
          <w:lang w:val="pl-PL"/>
        </w:rPr>
        <w:t xml:space="preserve"> (</w:t>
      </w:r>
      <w:r w:rsidR="00042E2E">
        <w:rPr>
          <w:rFonts w:ascii="Arial" w:hAnsi="Arial" w:cs="Arial"/>
          <w:lang w:val="pl-PL"/>
        </w:rPr>
        <w:t>20</w:t>
      </w:r>
      <w:r w:rsidRPr="003D5351">
        <w:rPr>
          <w:rFonts w:ascii="Arial" w:hAnsi="Arial" w:cs="Arial"/>
          <w:lang w:val="pl-PL"/>
        </w:rPr>
        <w:t xml:space="preserve"> pkt.)</w:t>
      </w:r>
      <w:r w:rsidRPr="003D5351">
        <w:rPr>
          <w:rFonts w:ascii="Arial" w:hAnsi="Arial" w:cs="Arial"/>
          <w:lang w:val="pl-PL"/>
        </w:rPr>
        <w:br/>
      </w:r>
      <w:r w:rsidRPr="003D5351">
        <w:rPr>
          <w:rFonts w:ascii="Segoe UI Symbol" w:hAnsi="Segoe UI Symbol" w:cs="Segoe UI Symbol"/>
          <w:lang w:val="pl-PL"/>
        </w:rPr>
        <w:t>☐</w:t>
      </w:r>
      <w:r w:rsidRPr="003D5351">
        <w:rPr>
          <w:rFonts w:ascii="Arial" w:hAnsi="Arial" w:cs="Arial"/>
          <w:lang w:val="pl-PL"/>
        </w:rPr>
        <w:t xml:space="preserve"> </w:t>
      </w:r>
      <w:r w:rsidR="00042E2E">
        <w:rPr>
          <w:rFonts w:ascii="Arial" w:hAnsi="Arial" w:cs="Arial"/>
          <w:lang w:val="pl-PL"/>
        </w:rPr>
        <w:t>4 usługi</w:t>
      </w:r>
      <w:r w:rsidRPr="003D5351">
        <w:rPr>
          <w:rFonts w:ascii="Arial" w:hAnsi="Arial" w:cs="Arial"/>
          <w:lang w:val="pl-PL"/>
        </w:rPr>
        <w:t xml:space="preserve"> (</w:t>
      </w:r>
      <w:r w:rsidR="00042E2E">
        <w:rPr>
          <w:rFonts w:ascii="Arial" w:hAnsi="Arial" w:cs="Arial"/>
          <w:lang w:val="pl-PL"/>
        </w:rPr>
        <w:t>40</w:t>
      </w:r>
      <w:r w:rsidRPr="003D5351">
        <w:rPr>
          <w:rFonts w:ascii="Arial" w:hAnsi="Arial" w:cs="Arial"/>
          <w:lang w:val="pl-PL"/>
        </w:rPr>
        <w:t xml:space="preserve"> pkt.)</w:t>
      </w:r>
      <w:r w:rsidRPr="003D5351">
        <w:rPr>
          <w:rFonts w:ascii="Arial" w:hAnsi="Arial" w:cs="Arial"/>
          <w:lang w:val="pl-PL"/>
        </w:rPr>
        <w:br/>
      </w:r>
      <w:r w:rsidRPr="003D5351">
        <w:rPr>
          <w:rFonts w:ascii="Segoe UI Symbol" w:hAnsi="Segoe UI Symbol" w:cs="Segoe UI Symbol"/>
          <w:lang w:val="pl-PL"/>
        </w:rPr>
        <w:t>☐</w:t>
      </w:r>
      <w:r w:rsidRPr="003D5351">
        <w:rPr>
          <w:rFonts w:ascii="Arial" w:hAnsi="Arial" w:cs="Arial"/>
          <w:lang w:val="pl-PL"/>
        </w:rPr>
        <w:t xml:space="preserve"> </w:t>
      </w:r>
      <w:r w:rsidR="00042E2E">
        <w:rPr>
          <w:rFonts w:ascii="Arial" w:hAnsi="Arial" w:cs="Arial"/>
          <w:lang w:val="pl-PL"/>
        </w:rPr>
        <w:t>5 usług</w:t>
      </w:r>
      <w:r w:rsidRPr="003D5351">
        <w:rPr>
          <w:rFonts w:ascii="Arial" w:hAnsi="Arial" w:cs="Arial"/>
          <w:lang w:val="pl-PL"/>
        </w:rPr>
        <w:t xml:space="preserve"> (</w:t>
      </w:r>
      <w:r w:rsidR="00042E2E">
        <w:rPr>
          <w:rFonts w:ascii="Arial" w:hAnsi="Arial" w:cs="Arial"/>
          <w:lang w:val="pl-PL"/>
        </w:rPr>
        <w:t>60</w:t>
      </w:r>
      <w:r w:rsidRPr="003D5351">
        <w:rPr>
          <w:rFonts w:ascii="Arial" w:hAnsi="Arial" w:cs="Arial"/>
          <w:lang w:val="pl-PL"/>
        </w:rPr>
        <w:t xml:space="preserve"> pkt.)</w:t>
      </w:r>
    </w:p>
    <w:p w14:paraId="5F3D5E07" w14:textId="201CC4D3" w:rsidR="00055499" w:rsidRPr="003D5351" w:rsidRDefault="003D5351" w:rsidP="003D5351">
      <w:pPr>
        <w:rPr>
          <w:rFonts w:ascii="Arial" w:hAnsi="Arial" w:cs="Arial"/>
          <w:b/>
          <w:bCs/>
          <w:lang w:val="pl-PL"/>
        </w:rPr>
      </w:pPr>
      <w:r w:rsidRPr="003D5351">
        <w:rPr>
          <w:rFonts w:ascii="Arial" w:hAnsi="Arial" w:cs="Arial"/>
          <w:b/>
          <w:bCs/>
          <w:lang w:val="pl-PL"/>
        </w:rPr>
        <w:lastRenderedPageBreak/>
        <w:t>Uwaga</w:t>
      </w:r>
      <w:r w:rsidRPr="003D5351">
        <w:rPr>
          <w:rFonts w:ascii="Arial" w:hAnsi="Arial" w:cs="Arial"/>
          <w:lang w:val="pl-PL"/>
        </w:rPr>
        <w:t xml:space="preserve">: Szczegółowy wykaz znajduje się w </w:t>
      </w:r>
      <w:r w:rsidRPr="003D5351">
        <w:rPr>
          <w:rFonts w:ascii="Arial" w:hAnsi="Arial" w:cs="Arial"/>
          <w:b/>
          <w:bCs/>
          <w:lang w:val="pl-PL"/>
        </w:rPr>
        <w:t xml:space="preserve">Załączniku nr </w:t>
      </w:r>
      <w:r w:rsidR="00042E2E">
        <w:rPr>
          <w:rFonts w:ascii="Arial" w:hAnsi="Arial" w:cs="Arial"/>
          <w:b/>
          <w:bCs/>
          <w:lang w:val="pl-PL"/>
        </w:rPr>
        <w:t>2</w:t>
      </w:r>
      <w:r w:rsidRPr="003D5351">
        <w:rPr>
          <w:rFonts w:ascii="Arial" w:hAnsi="Arial" w:cs="Arial"/>
          <w:b/>
          <w:bCs/>
          <w:lang w:val="pl-PL"/>
        </w:rPr>
        <w:t xml:space="preserve"> – </w:t>
      </w:r>
      <w:r w:rsidR="00091277" w:rsidRPr="00091277">
        <w:rPr>
          <w:rFonts w:ascii="Arial" w:hAnsi="Arial" w:cs="Arial"/>
          <w:b/>
          <w:bCs/>
          <w:lang w:val="pl-PL"/>
        </w:rPr>
        <w:t>Wykaz usług polegających na opracowaniu strategii Zintegrowanych Inwestycji Terytorialnych lub strategii Innych Instrumentów Terytorialnych w rozumieniu ustawy o zasadach realizacji zadań finansowanych ze środków europejskich w perspektywie finansowej 2021-2027</w:t>
      </w:r>
    </w:p>
    <w:p w14:paraId="743254BD" w14:textId="46238F2F" w:rsidR="00E85AA4" w:rsidRPr="00E329C0" w:rsidRDefault="00000000" w:rsidP="00E329C0">
      <w:pPr>
        <w:pStyle w:val="Akapitzlist"/>
        <w:numPr>
          <w:ilvl w:val="0"/>
          <w:numId w:val="11"/>
        </w:numPr>
        <w:ind w:left="284" w:hanging="284"/>
        <w:rPr>
          <w:rFonts w:ascii="Arial" w:hAnsi="Arial" w:cs="Arial"/>
          <w:b/>
          <w:bCs/>
          <w:lang w:val="pl-PL"/>
        </w:rPr>
      </w:pPr>
      <w:r w:rsidRPr="00E329C0">
        <w:rPr>
          <w:rFonts w:ascii="Arial" w:hAnsi="Arial" w:cs="Arial"/>
          <w:b/>
          <w:bCs/>
          <w:lang w:val="pl-PL"/>
        </w:rPr>
        <w:t>Deklaruję ponadto:</w:t>
      </w:r>
    </w:p>
    <w:p w14:paraId="49E9BB4A" w14:textId="66848FEE" w:rsidR="00E85AA4" w:rsidRPr="00E329C0" w:rsidRDefault="00000000">
      <w:pPr>
        <w:rPr>
          <w:rFonts w:ascii="Arial" w:hAnsi="Arial" w:cs="Arial"/>
          <w:lang w:val="pl-PL"/>
        </w:rPr>
      </w:pPr>
      <w:r w:rsidRPr="00E329C0">
        <w:rPr>
          <w:rFonts w:ascii="Arial" w:hAnsi="Arial" w:cs="Arial"/>
          <w:lang w:val="pl-PL"/>
        </w:rPr>
        <w:t xml:space="preserve">Termin wykonania zamówienia – do </w:t>
      </w:r>
      <w:r w:rsidR="003D5351" w:rsidRPr="00E329C0">
        <w:rPr>
          <w:rFonts w:ascii="Arial" w:hAnsi="Arial" w:cs="Arial"/>
          <w:lang w:val="pl-PL"/>
        </w:rPr>
        <w:t>30</w:t>
      </w:r>
      <w:r w:rsidRPr="00E329C0">
        <w:rPr>
          <w:rFonts w:ascii="Arial" w:hAnsi="Arial" w:cs="Arial"/>
          <w:lang w:val="pl-PL"/>
        </w:rPr>
        <w:t>.0</w:t>
      </w:r>
      <w:r w:rsidR="003D5351" w:rsidRPr="00E329C0">
        <w:rPr>
          <w:rFonts w:ascii="Arial" w:hAnsi="Arial" w:cs="Arial"/>
          <w:lang w:val="pl-PL"/>
        </w:rPr>
        <w:t>9</w:t>
      </w:r>
      <w:r w:rsidRPr="00E329C0">
        <w:rPr>
          <w:rFonts w:ascii="Arial" w:hAnsi="Arial" w:cs="Arial"/>
          <w:lang w:val="pl-PL"/>
        </w:rPr>
        <w:t>.2025 r.</w:t>
      </w:r>
    </w:p>
    <w:p w14:paraId="16934C3B" w14:textId="19697300" w:rsidR="00055499" w:rsidRDefault="00000000">
      <w:pPr>
        <w:rPr>
          <w:rFonts w:ascii="Arial" w:hAnsi="Arial" w:cs="Arial"/>
          <w:lang w:val="pl-PL"/>
        </w:rPr>
      </w:pPr>
      <w:r w:rsidRPr="00E329C0">
        <w:rPr>
          <w:rFonts w:ascii="Arial" w:hAnsi="Arial" w:cs="Arial"/>
          <w:lang w:val="pl-PL"/>
        </w:rPr>
        <w:t xml:space="preserve">Warunki płatności – przelew </w:t>
      </w:r>
      <w:r w:rsidR="00E329C0">
        <w:rPr>
          <w:rFonts w:ascii="Arial" w:hAnsi="Arial" w:cs="Arial"/>
          <w:lang w:val="pl-PL"/>
        </w:rPr>
        <w:t>30</w:t>
      </w:r>
      <w:r w:rsidRPr="00E329C0">
        <w:rPr>
          <w:rFonts w:ascii="Arial" w:hAnsi="Arial" w:cs="Arial"/>
          <w:lang w:val="pl-PL"/>
        </w:rPr>
        <w:t xml:space="preserve"> dni po wystawieniu faktury.</w:t>
      </w:r>
    </w:p>
    <w:p w14:paraId="202CA9EE" w14:textId="632CF50F" w:rsidR="00E85AA4" w:rsidRPr="00E329C0" w:rsidRDefault="00000000" w:rsidP="00E329C0">
      <w:pPr>
        <w:pStyle w:val="Akapitzlist"/>
        <w:numPr>
          <w:ilvl w:val="0"/>
          <w:numId w:val="11"/>
        </w:numPr>
        <w:ind w:left="284" w:hanging="284"/>
        <w:rPr>
          <w:rFonts w:ascii="Arial" w:hAnsi="Arial" w:cs="Arial"/>
          <w:b/>
          <w:bCs/>
          <w:lang w:val="pl-PL"/>
        </w:rPr>
      </w:pPr>
      <w:r w:rsidRPr="00E329C0">
        <w:rPr>
          <w:rFonts w:ascii="Arial" w:hAnsi="Arial" w:cs="Arial"/>
          <w:b/>
          <w:bCs/>
          <w:lang w:val="pl-PL"/>
        </w:rPr>
        <w:t>Oświadczam, że:</w:t>
      </w:r>
    </w:p>
    <w:p w14:paraId="3434E5B0" w14:textId="77777777" w:rsidR="003D5351" w:rsidRPr="00E329C0" w:rsidRDefault="003D5351" w:rsidP="002F7A13">
      <w:pPr>
        <w:spacing w:after="0"/>
        <w:jc w:val="both"/>
        <w:rPr>
          <w:rFonts w:ascii="Arial" w:hAnsi="Arial" w:cs="Arial"/>
          <w:lang w:val="pl-PL"/>
        </w:rPr>
      </w:pPr>
      <w:r w:rsidRPr="00E329C0">
        <w:rPr>
          <w:rFonts w:ascii="Arial" w:hAnsi="Arial" w:cs="Arial"/>
          <w:lang w:val="pl-PL"/>
        </w:rPr>
        <w:t>- zapoznałem się z opisem przedmiotu zamówienia i nie wnoszę do niego zastrzeżeń,</w:t>
      </w:r>
    </w:p>
    <w:p w14:paraId="061C7E91" w14:textId="1BFF67A7" w:rsidR="003D5351" w:rsidRPr="00E329C0" w:rsidRDefault="003D5351" w:rsidP="002F7A13">
      <w:pPr>
        <w:spacing w:after="0"/>
        <w:jc w:val="both"/>
        <w:rPr>
          <w:rFonts w:ascii="Arial" w:hAnsi="Arial" w:cs="Arial"/>
          <w:lang w:val="pl-PL"/>
        </w:rPr>
      </w:pPr>
      <w:r w:rsidRPr="00E329C0">
        <w:rPr>
          <w:rFonts w:ascii="Arial" w:hAnsi="Arial" w:cs="Arial"/>
          <w:lang w:val="pl-PL"/>
        </w:rPr>
        <w:t>-</w:t>
      </w:r>
      <w:r w:rsidR="00E329C0">
        <w:rPr>
          <w:rFonts w:ascii="Arial" w:hAnsi="Arial" w:cs="Arial"/>
          <w:lang w:val="pl-PL"/>
        </w:rPr>
        <w:t xml:space="preserve"> </w:t>
      </w:r>
      <w:r w:rsidRPr="00E329C0">
        <w:rPr>
          <w:rFonts w:ascii="Arial" w:hAnsi="Arial" w:cs="Arial"/>
          <w:lang w:val="pl-PL"/>
        </w:rPr>
        <w:t>zapoznałem/</w:t>
      </w:r>
      <w:proofErr w:type="spellStart"/>
      <w:r w:rsidRPr="00E329C0">
        <w:rPr>
          <w:rFonts w:ascii="Arial" w:hAnsi="Arial" w:cs="Arial"/>
          <w:lang w:val="pl-PL"/>
        </w:rPr>
        <w:t>am</w:t>
      </w:r>
      <w:proofErr w:type="spellEnd"/>
      <w:r w:rsidRPr="00E329C0">
        <w:rPr>
          <w:rFonts w:ascii="Arial" w:hAnsi="Arial" w:cs="Arial"/>
          <w:lang w:val="pl-PL"/>
        </w:rPr>
        <w:t xml:space="preserve"> się z dokumentem - Klauzula informacyjna RODO, zostałem/</w:t>
      </w:r>
      <w:proofErr w:type="spellStart"/>
      <w:r w:rsidRPr="00E329C0">
        <w:rPr>
          <w:rFonts w:ascii="Arial" w:hAnsi="Arial" w:cs="Arial"/>
          <w:lang w:val="pl-PL"/>
        </w:rPr>
        <w:t>am</w:t>
      </w:r>
      <w:proofErr w:type="spellEnd"/>
      <w:r w:rsidRPr="00E329C0">
        <w:rPr>
          <w:rFonts w:ascii="Arial" w:hAnsi="Arial" w:cs="Arial"/>
          <w:lang w:val="pl-PL"/>
        </w:rPr>
        <w:t xml:space="preserve"> poinformowany/a o przysługujących mi prawach dotyczących ochrony, przetwarzania, powierzania, sprostowania, usunięcie danych osobowych – w prostej zrozumiałej formie. Wszystkie moje wątpliwości zostały wyjaśnione. Przekazuję dane osobowe świadomie i dobrowolnie.</w:t>
      </w:r>
    </w:p>
    <w:p w14:paraId="0E302C36" w14:textId="77777777" w:rsidR="003D5351" w:rsidRPr="00E329C0" w:rsidRDefault="003D5351" w:rsidP="002F7A13">
      <w:pPr>
        <w:spacing w:after="0"/>
        <w:jc w:val="both"/>
        <w:rPr>
          <w:rFonts w:ascii="Arial" w:hAnsi="Arial" w:cs="Arial"/>
          <w:lang w:val="pl-PL"/>
        </w:rPr>
      </w:pPr>
      <w:r w:rsidRPr="00E329C0">
        <w:rPr>
          <w:rFonts w:ascii="Arial" w:hAnsi="Arial" w:cs="Arial"/>
          <w:lang w:val="pl-PL"/>
        </w:rPr>
        <w:t>- nie podlegam wykluczeniu z postępowania na podstawie art. 7 ust. 1 ustawy z dnia 13 kwietnia 2022 r. o szczególnych rozwiązaniach w zakresie przeciwdziałania wspieraniu agresji na Ukrainę oraz służących ochronie bezpieczeństwa narodowego (Dz.U. poz. 835),</w:t>
      </w:r>
    </w:p>
    <w:p w14:paraId="6B8F0910" w14:textId="77777777" w:rsidR="003D5351" w:rsidRDefault="003D5351" w:rsidP="002F7A13">
      <w:pPr>
        <w:spacing w:after="0"/>
        <w:jc w:val="both"/>
        <w:rPr>
          <w:rFonts w:ascii="Arial" w:hAnsi="Arial" w:cs="Arial"/>
          <w:lang w:val="pl-PL"/>
        </w:rPr>
      </w:pPr>
      <w:r w:rsidRPr="00E329C0">
        <w:rPr>
          <w:rFonts w:ascii="Arial" w:hAnsi="Arial" w:cs="Arial"/>
          <w:lang w:val="pl-PL"/>
        </w:rPr>
        <w:t>- w razie wybrania naszej oferty zobowiązujemy się do podpisania umowy na warunkach zawartych w ofercie, w miejscu i terminie określonym przez Zamawiającego,</w:t>
      </w:r>
      <w:r w:rsidRPr="00E329C0">
        <w:rPr>
          <w:rFonts w:ascii="Arial" w:hAnsi="Arial" w:cs="Arial"/>
          <w:lang w:val="pl-PL"/>
        </w:rPr>
        <w:br/>
      </w:r>
    </w:p>
    <w:p w14:paraId="76A4FAB6" w14:textId="77777777" w:rsidR="00E329C0" w:rsidRPr="00E329C0" w:rsidRDefault="00E329C0" w:rsidP="00E329C0">
      <w:pPr>
        <w:spacing w:after="0"/>
        <w:jc w:val="both"/>
        <w:rPr>
          <w:rFonts w:ascii="Arial" w:hAnsi="Arial" w:cs="Arial"/>
          <w:lang w:val="pl-PL"/>
        </w:rPr>
      </w:pPr>
    </w:p>
    <w:p w14:paraId="7D0746D6" w14:textId="77777777" w:rsidR="003D5351" w:rsidRPr="00E329C0" w:rsidRDefault="003D5351" w:rsidP="003D5351">
      <w:pPr>
        <w:rPr>
          <w:rFonts w:ascii="Arial" w:hAnsi="Arial" w:cs="Arial"/>
          <w:lang w:val="pl-PL"/>
        </w:rPr>
      </w:pPr>
    </w:p>
    <w:p w14:paraId="76D68FE6" w14:textId="695BACF6" w:rsidR="00E85AA4" w:rsidRPr="00E329C0" w:rsidRDefault="00000000" w:rsidP="00E329C0">
      <w:pPr>
        <w:jc w:val="right"/>
        <w:rPr>
          <w:rFonts w:ascii="Arial" w:hAnsi="Arial" w:cs="Arial"/>
          <w:lang w:val="pl-PL"/>
        </w:rPr>
      </w:pPr>
      <w:r w:rsidRPr="00E329C0">
        <w:rPr>
          <w:rFonts w:ascii="Arial" w:hAnsi="Arial" w:cs="Arial"/>
          <w:lang w:val="pl-PL"/>
        </w:rPr>
        <w:t xml:space="preserve">......................................................... </w:t>
      </w:r>
      <w:proofErr w:type="spellStart"/>
      <w:r w:rsidRPr="00E329C0">
        <w:rPr>
          <w:rFonts w:ascii="Arial" w:hAnsi="Arial" w:cs="Arial"/>
          <w:lang w:val="pl-PL"/>
        </w:rPr>
        <w:t>dn</w:t>
      </w:r>
      <w:proofErr w:type="spellEnd"/>
      <w:r w:rsidRPr="00E329C0">
        <w:rPr>
          <w:rFonts w:ascii="Arial" w:hAnsi="Arial" w:cs="Arial"/>
          <w:lang w:val="pl-PL"/>
        </w:rPr>
        <w:t xml:space="preserve"> ................................</w:t>
      </w:r>
    </w:p>
    <w:p w14:paraId="205B7181" w14:textId="77777777" w:rsidR="00E85AA4" w:rsidRPr="00E329C0" w:rsidRDefault="00000000" w:rsidP="00E329C0">
      <w:pPr>
        <w:jc w:val="right"/>
        <w:rPr>
          <w:rFonts w:ascii="Arial" w:hAnsi="Arial" w:cs="Arial"/>
          <w:lang w:val="pl-PL"/>
        </w:rPr>
      </w:pPr>
      <w:r w:rsidRPr="00E329C0">
        <w:rPr>
          <w:rFonts w:ascii="Arial" w:hAnsi="Arial" w:cs="Arial"/>
          <w:lang w:val="pl-PL"/>
        </w:rPr>
        <w:t>Podpisy i pieczęcie osób upoważnionych do reprezentowania Wykonawcy</w:t>
      </w:r>
    </w:p>
    <w:p w14:paraId="6F1E1A95" w14:textId="77777777" w:rsidR="00E85AA4" w:rsidRPr="00091277" w:rsidRDefault="00000000" w:rsidP="00E329C0">
      <w:pPr>
        <w:jc w:val="right"/>
        <w:rPr>
          <w:rFonts w:ascii="Arial" w:hAnsi="Arial" w:cs="Arial"/>
          <w:lang w:val="pl-PL"/>
        </w:rPr>
      </w:pPr>
      <w:r w:rsidRPr="00091277">
        <w:rPr>
          <w:rFonts w:ascii="Arial" w:hAnsi="Arial" w:cs="Arial"/>
          <w:lang w:val="pl-PL"/>
        </w:rPr>
        <w:t>...............................................................................................</w:t>
      </w:r>
    </w:p>
    <w:p w14:paraId="21C77567" w14:textId="77777777" w:rsidR="003D5351" w:rsidRPr="00091277" w:rsidRDefault="003D5351" w:rsidP="00E329C0">
      <w:pPr>
        <w:jc w:val="right"/>
        <w:rPr>
          <w:rFonts w:ascii="Arial" w:hAnsi="Arial" w:cs="Arial"/>
          <w:lang w:val="pl-PL"/>
        </w:rPr>
      </w:pPr>
    </w:p>
    <w:p w14:paraId="34AB8BA3" w14:textId="77777777" w:rsidR="003D5351" w:rsidRPr="00091277" w:rsidRDefault="003D5351">
      <w:pPr>
        <w:rPr>
          <w:rFonts w:ascii="Arial" w:hAnsi="Arial" w:cs="Arial"/>
          <w:lang w:val="pl-PL"/>
        </w:rPr>
      </w:pPr>
    </w:p>
    <w:p w14:paraId="366FCD61" w14:textId="77777777" w:rsidR="003D5351" w:rsidRPr="00091277" w:rsidRDefault="003D5351">
      <w:pPr>
        <w:rPr>
          <w:rFonts w:ascii="Arial" w:hAnsi="Arial" w:cs="Arial"/>
          <w:lang w:val="pl-PL"/>
        </w:rPr>
      </w:pPr>
    </w:p>
    <w:p w14:paraId="3D299BB8" w14:textId="77777777" w:rsidR="003D5351" w:rsidRPr="00091277" w:rsidRDefault="003D5351">
      <w:pPr>
        <w:rPr>
          <w:rFonts w:ascii="Arial" w:hAnsi="Arial" w:cs="Arial"/>
          <w:lang w:val="pl-PL"/>
        </w:rPr>
      </w:pPr>
    </w:p>
    <w:p w14:paraId="586897BB" w14:textId="77777777" w:rsidR="003D5351" w:rsidRPr="00091277" w:rsidRDefault="003D5351">
      <w:pPr>
        <w:rPr>
          <w:rFonts w:ascii="Arial" w:hAnsi="Arial" w:cs="Arial"/>
          <w:lang w:val="pl-PL"/>
        </w:rPr>
      </w:pPr>
    </w:p>
    <w:p w14:paraId="63970F01" w14:textId="77777777" w:rsidR="00C8249E" w:rsidRDefault="00C8249E" w:rsidP="00042E2E">
      <w:pPr>
        <w:rPr>
          <w:rFonts w:ascii="Arial" w:hAnsi="Arial" w:cs="Arial"/>
          <w:b/>
          <w:bCs/>
          <w:lang w:val="pl-PL"/>
        </w:rPr>
      </w:pPr>
    </w:p>
    <w:p w14:paraId="75FD0948" w14:textId="28C68989" w:rsidR="003D5351" w:rsidRPr="00042E2E" w:rsidRDefault="00042E2E" w:rsidP="00042E2E">
      <w:pPr>
        <w:rPr>
          <w:rFonts w:ascii="Arial" w:hAnsi="Arial" w:cs="Arial"/>
          <w:b/>
          <w:bCs/>
          <w:lang w:val="pl-PL"/>
        </w:rPr>
      </w:pPr>
      <w:r w:rsidRPr="00042E2E">
        <w:rPr>
          <w:rFonts w:ascii="Arial" w:hAnsi="Arial" w:cs="Arial"/>
          <w:b/>
          <w:bCs/>
          <w:lang w:val="pl-PL"/>
        </w:rPr>
        <w:lastRenderedPageBreak/>
        <w:t>Załącznik nr 2</w:t>
      </w:r>
      <w:r w:rsidR="00E329C0" w:rsidRPr="00042E2E">
        <w:rPr>
          <w:rFonts w:ascii="Arial" w:hAnsi="Arial" w:cs="Arial"/>
          <w:b/>
          <w:bCs/>
          <w:lang w:val="pl-PL"/>
        </w:rPr>
        <w:t xml:space="preserve"> </w:t>
      </w:r>
      <w:r w:rsidR="00E329C0" w:rsidRPr="00042E2E">
        <w:rPr>
          <w:rFonts w:ascii="Arial" w:hAnsi="Arial" w:cs="Arial"/>
          <w:lang w:val="pl-PL"/>
        </w:rPr>
        <w:t>Wykaz</w:t>
      </w:r>
      <w:r w:rsidR="003D5351" w:rsidRPr="00042E2E">
        <w:rPr>
          <w:rFonts w:ascii="Arial" w:hAnsi="Arial" w:cs="Arial"/>
          <w:lang w:val="pl-PL"/>
        </w:rPr>
        <w:t xml:space="preserve"> </w:t>
      </w:r>
      <w:r w:rsidR="00C8249E">
        <w:rPr>
          <w:rFonts w:ascii="Arial" w:hAnsi="Arial" w:cs="Arial"/>
          <w:lang w:val="pl-PL"/>
        </w:rPr>
        <w:t>usług</w:t>
      </w:r>
      <w:r w:rsidR="00C8249E" w:rsidRPr="00C8249E">
        <w:rPr>
          <w:rFonts w:ascii="Arial" w:hAnsi="Arial" w:cs="Arial"/>
          <w:lang w:val="pl-PL"/>
        </w:rPr>
        <w:t xml:space="preserve"> polegając</w:t>
      </w:r>
      <w:r w:rsidR="00C8249E">
        <w:rPr>
          <w:rFonts w:ascii="Arial" w:hAnsi="Arial" w:cs="Arial"/>
          <w:lang w:val="pl-PL"/>
        </w:rPr>
        <w:t>ych</w:t>
      </w:r>
      <w:r w:rsidR="00C8249E" w:rsidRPr="00C8249E">
        <w:rPr>
          <w:rFonts w:ascii="Arial" w:hAnsi="Arial" w:cs="Arial"/>
          <w:lang w:val="pl-PL"/>
        </w:rPr>
        <w:t xml:space="preserve"> na opracowaniu strategii Zintegrowanych Inwestycji Terytorialnych lub strategii Innych Instrumentów Terytorialnych w rozumieniu ustawy o zasadach realizacji zadań finansowanych ze środków europejskich w perspektywie finansowej 2021-2027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2088"/>
        <w:gridCol w:w="3744"/>
        <w:gridCol w:w="2264"/>
      </w:tblGrid>
      <w:tr w:rsidR="003D5351" w:rsidRPr="00E329C0" w14:paraId="17CE869A" w14:textId="77777777" w:rsidTr="00042E2E">
        <w:tc>
          <w:tcPr>
            <w:tcW w:w="534" w:type="dxa"/>
          </w:tcPr>
          <w:p w14:paraId="40E50028" w14:textId="6B0DAA9D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  <w:r w:rsidRPr="00E329C0">
              <w:rPr>
                <w:rFonts w:ascii="Arial" w:hAnsi="Arial" w:cs="Arial"/>
                <w:lang w:val="pl-PL"/>
              </w:rPr>
              <w:t>Lp.</w:t>
            </w:r>
          </w:p>
        </w:tc>
        <w:tc>
          <w:tcPr>
            <w:tcW w:w="2126" w:type="dxa"/>
          </w:tcPr>
          <w:p w14:paraId="2C43E1AA" w14:textId="58DA96D3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  <w:r w:rsidRPr="00E329C0">
              <w:rPr>
                <w:rFonts w:ascii="Arial" w:hAnsi="Arial" w:cs="Arial"/>
                <w:lang w:val="pl-PL"/>
              </w:rPr>
              <w:t>Tytuł Strategii</w:t>
            </w:r>
          </w:p>
        </w:tc>
        <w:tc>
          <w:tcPr>
            <w:tcW w:w="3827" w:type="dxa"/>
          </w:tcPr>
          <w:p w14:paraId="4334F626" w14:textId="25660DBC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  <w:r w:rsidRPr="00E329C0">
              <w:rPr>
                <w:rFonts w:ascii="Arial" w:hAnsi="Arial" w:cs="Arial"/>
                <w:lang w:val="pl-PL"/>
              </w:rPr>
              <w:t xml:space="preserve">Nazwa </w:t>
            </w:r>
            <w:r w:rsidR="00C8249E">
              <w:rPr>
                <w:rFonts w:ascii="Arial" w:hAnsi="Arial" w:cs="Arial"/>
                <w:lang w:val="pl-PL"/>
              </w:rPr>
              <w:t xml:space="preserve">i adres </w:t>
            </w:r>
            <w:r w:rsidRPr="00E329C0">
              <w:rPr>
                <w:rFonts w:ascii="Arial" w:hAnsi="Arial" w:cs="Arial"/>
                <w:lang w:val="pl-PL"/>
              </w:rPr>
              <w:t xml:space="preserve">JST dla której opracowano Strategię </w:t>
            </w:r>
          </w:p>
        </w:tc>
        <w:tc>
          <w:tcPr>
            <w:tcW w:w="2293" w:type="dxa"/>
          </w:tcPr>
          <w:p w14:paraId="61D3DCE7" w14:textId="21781CD4" w:rsidR="003D5351" w:rsidRPr="00E329C0" w:rsidRDefault="00C8249E" w:rsidP="003D5351">
            <w:pPr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Data</w:t>
            </w:r>
            <w:r w:rsidR="003D5351" w:rsidRPr="00E329C0">
              <w:rPr>
                <w:rFonts w:ascii="Arial" w:hAnsi="Arial" w:cs="Arial"/>
                <w:lang w:val="pl-PL"/>
              </w:rPr>
              <w:t xml:space="preserve"> opracowania Strategii </w:t>
            </w:r>
          </w:p>
        </w:tc>
      </w:tr>
      <w:tr w:rsidR="003D5351" w:rsidRPr="00E329C0" w14:paraId="0A4F2EFA" w14:textId="77777777" w:rsidTr="00042E2E">
        <w:tc>
          <w:tcPr>
            <w:tcW w:w="534" w:type="dxa"/>
          </w:tcPr>
          <w:p w14:paraId="690E7F02" w14:textId="264801AD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  <w:r w:rsidRPr="00E329C0">
              <w:rPr>
                <w:rFonts w:ascii="Arial" w:hAnsi="Arial" w:cs="Arial"/>
                <w:lang w:val="pl-PL"/>
              </w:rPr>
              <w:t>1</w:t>
            </w:r>
          </w:p>
        </w:tc>
        <w:tc>
          <w:tcPr>
            <w:tcW w:w="2126" w:type="dxa"/>
          </w:tcPr>
          <w:p w14:paraId="6C2B715A" w14:textId="77777777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</w:p>
        </w:tc>
        <w:tc>
          <w:tcPr>
            <w:tcW w:w="3827" w:type="dxa"/>
          </w:tcPr>
          <w:p w14:paraId="59A86CAD" w14:textId="77777777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</w:p>
        </w:tc>
        <w:tc>
          <w:tcPr>
            <w:tcW w:w="2293" w:type="dxa"/>
          </w:tcPr>
          <w:p w14:paraId="2D5E00BD" w14:textId="77777777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</w:p>
        </w:tc>
      </w:tr>
      <w:tr w:rsidR="003D5351" w:rsidRPr="00E329C0" w14:paraId="2184C76B" w14:textId="77777777" w:rsidTr="00042E2E">
        <w:tc>
          <w:tcPr>
            <w:tcW w:w="534" w:type="dxa"/>
          </w:tcPr>
          <w:p w14:paraId="1AC9D7E8" w14:textId="33751201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  <w:r w:rsidRPr="00E329C0">
              <w:rPr>
                <w:rFonts w:ascii="Arial" w:hAnsi="Arial" w:cs="Arial"/>
                <w:lang w:val="pl-PL"/>
              </w:rPr>
              <w:t>2</w:t>
            </w:r>
          </w:p>
        </w:tc>
        <w:tc>
          <w:tcPr>
            <w:tcW w:w="2126" w:type="dxa"/>
          </w:tcPr>
          <w:p w14:paraId="4C6CA3C4" w14:textId="77777777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</w:p>
        </w:tc>
        <w:tc>
          <w:tcPr>
            <w:tcW w:w="3827" w:type="dxa"/>
          </w:tcPr>
          <w:p w14:paraId="7ED370CA" w14:textId="77777777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</w:p>
        </w:tc>
        <w:tc>
          <w:tcPr>
            <w:tcW w:w="2293" w:type="dxa"/>
          </w:tcPr>
          <w:p w14:paraId="109AE661" w14:textId="77777777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</w:p>
        </w:tc>
      </w:tr>
      <w:tr w:rsidR="003D5351" w:rsidRPr="00E329C0" w14:paraId="263EEE6F" w14:textId="77777777" w:rsidTr="00042E2E">
        <w:tc>
          <w:tcPr>
            <w:tcW w:w="534" w:type="dxa"/>
          </w:tcPr>
          <w:p w14:paraId="7DE325D7" w14:textId="2D408722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  <w:r w:rsidRPr="00E329C0">
              <w:rPr>
                <w:rFonts w:ascii="Arial" w:hAnsi="Arial" w:cs="Arial"/>
                <w:lang w:val="pl-PL"/>
              </w:rPr>
              <w:t>3</w:t>
            </w:r>
          </w:p>
        </w:tc>
        <w:tc>
          <w:tcPr>
            <w:tcW w:w="2126" w:type="dxa"/>
          </w:tcPr>
          <w:p w14:paraId="0E2F9E5F" w14:textId="77777777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</w:p>
        </w:tc>
        <w:tc>
          <w:tcPr>
            <w:tcW w:w="3827" w:type="dxa"/>
          </w:tcPr>
          <w:p w14:paraId="53DB6054" w14:textId="77777777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</w:p>
        </w:tc>
        <w:tc>
          <w:tcPr>
            <w:tcW w:w="2293" w:type="dxa"/>
          </w:tcPr>
          <w:p w14:paraId="220B4ABD" w14:textId="77777777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</w:p>
        </w:tc>
      </w:tr>
      <w:tr w:rsidR="003D5351" w:rsidRPr="00E329C0" w14:paraId="646A858C" w14:textId="77777777" w:rsidTr="00042E2E">
        <w:tc>
          <w:tcPr>
            <w:tcW w:w="534" w:type="dxa"/>
          </w:tcPr>
          <w:p w14:paraId="574DCD86" w14:textId="1F8CE3DE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  <w:r w:rsidRPr="00E329C0">
              <w:rPr>
                <w:rFonts w:ascii="Arial" w:hAnsi="Arial" w:cs="Arial"/>
                <w:lang w:val="pl-PL"/>
              </w:rPr>
              <w:t>4</w:t>
            </w:r>
          </w:p>
        </w:tc>
        <w:tc>
          <w:tcPr>
            <w:tcW w:w="2126" w:type="dxa"/>
          </w:tcPr>
          <w:p w14:paraId="5ED2662B" w14:textId="77777777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</w:p>
        </w:tc>
        <w:tc>
          <w:tcPr>
            <w:tcW w:w="3827" w:type="dxa"/>
          </w:tcPr>
          <w:p w14:paraId="48A66D51" w14:textId="77777777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</w:p>
        </w:tc>
        <w:tc>
          <w:tcPr>
            <w:tcW w:w="2293" w:type="dxa"/>
          </w:tcPr>
          <w:p w14:paraId="33BC9345" w14:textId="77777777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</w:p>
        </w:tc>
      </w:tr>
      <w:tr w:rsidR="003D5351" w:rsidRPr="00E329C0" w14:paraId="796AEEDB" w14:textId="77777777" w:rsidTr="00042E2E">
        <w:tc>
          <w:tcPr>
            <w:tcW w:w="534" w:type="dxa"/>
          </w:tcPr>
          <w:p w14:paraId="659230A3" w14:textId="7B0E7E2E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  <w:r w:rsidRPr="00E329C0">
              <w:rPr>
                <w:rFonts w:ascii="Arial" w:hAnsi="Arial" w:cs="Arial"/>
                <w:lang w:val="pl-PL"/>
              </w:rPr>
              <w:t>5</w:t>
            </w:r>
          </w:p>
        </w:tc>
        <w:tc>
          <w:tcPr>
            <w:tcW w:w="2126" w:type="dxa"/>
          </w:tcPr>
          <w:p w14:paraId="3460C2D2" w14:textId="77777777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</w:p>
        </w:tc>
        <w:tc>
          <w:tcPr>
            <w:tcW w:w="3827" w:type="dxa"/>
          </w:tcPr>
          <w:p w14:paraId="7F1EB173" w14:textId="77777777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</w:p>
        </w:tc>
        <w:tc>
          <w:tcPr>
            <w:tcW w:w="2293" w:type="dxa"/>
          </w:tcPr>
          <w:p w14:paraId="578A8DB3" w14:textId="77777777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</w:p>
        </w:tc>
      </w:tr>
      <w:tr w:rsidR="003D5351" w:rsidRPr="00E329C0" w14:paraId="578DC8B5" w14:textId="77777777" w:rsidTr="00042E2E">
        <w:tc>
          <w:tcPr>
            <w:tcW w:w="534" w:type="dxa"/>
          </w:tcPr>
          <w:p w14:paraId="165A37CE" w14:textId="760BB64D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  <w:r w:rsidRPr="00E329C0">
              <w:rPr>
                <w:rFonts w:ascii="Arial" w:hAnsi="Arial" w:cs="Arial"/>
                <w:lang w:val="pl-PL"/>
              </w:rPr>
              <w:t>6</w:t>
            </w:r>
          </w:p>
        </w:tc>
        <w:tc>
          <w:tcPr>
            <w:tcW w:w="2126" w:type="dxa"/>
          </w:tcPr>
          <w:p w14:paraId="1E1B9136" w14:textId="77777777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</w:p>
        </w:tc>
        <w:tc>
          <w:tcPr>
            <w:tcW w:w="3827" w:type="dxa"/>
          </w:tcPr>
          <w:p w14:paraId="229E8103" w14:textId="77777777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</w:p>
        </w:tc>
        <w:tc>
          <w:tcPr>
            <w:tcW w:w="2293" w:type="dxa"/>
          </w:tcPr>
          <w:p w14:paraId="35C81300" w14:textId="77777777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</w:p>
        </w:tc>
      </w:tr>
      <w:tr w:rsidR="003D5351" w:rsidRPr="00E329C0" w14:paraId="3CD5A501" w14:textId="77777777" w:rsidTr="00042E2E">
        <w:tc>
          <w:tcPr>
            <w:tcW w:w="534" w:type="dxa"/>
          </w:tcPr>
          <w:p w14:paraId="75599C32" w14:textId="3A5D9119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  <w:r w:rsidRPr="00E329C0">
              <w:rPr>
                <w:rFonts w:ascii="Arial" w:hAnsi="Arial" w:cs="Arial"/>
                <w:lang w:val="pl-PL"/>
              </w:rPr>
              <w:t>7</w:t>
            </w:r>
          </w:p>
        </w:tc>
        <w:tc>
          <w:tcPr>
            <w:tcW w:w="2126" w:type="dxa"/>
          </w:tcPr>
          <w:p w14:paraId="09CA1F35" w14:textId="77777777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</w:p>
        </w:tc>
        <w:tc>
          <w:tcPr>
            <w:tcW w:w="3827" w:type="dxa"/>
          </w:tcPr>
          <w:p w14:paraId="2A1BDD3E" w14:textId="77777777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</w:p>
        </w:tc>
        <w:tc>
          <w:tcPr>
            <w:tcW w:w="2293" w:type="dxa"/>
          </w:tcPr>
          <w:p w14:paraId="0A0354B7" w14:textId="77777777" w:rsidR="003D5351" w:rsidRPr="00E329C0" w:rsidRDefault="003D5351" w:rsidP="003D5351">
            <w:pPr>
              <w:rPr>
                <w:rFonts w:ascii="Arial" w:hAnsi="Arial" w:cs="Arial"/>
                <w:lang w:val="pl-PL"/>
              </w:rPr>
            </w:pPr>
          </w:p>
        </w:tc>
      </w:tr>
    </w:tbl>
    <w:p w14:paraId="737D51C4" w14:textId="77777777" w:rsidR="003D5351" w:rsidRPr="003D5351" w:rsidRDefault="003D5351" w:rsidP="003D5351">
      <w:pPr>
        <w:rPr>
          <w:rFonts w:ascii="Arial" w:hAnsi="Arial" w:cs="Arial"/>
          <w:lang w:val="pl-PL"/>
        </w:rPr>
      </w:pPr>
    </w:p>
    <w:p w14:paraId="6C456A76" w14:textId="77777777" w:rsidR="003D5351" w:rsidRDefault="003D5351" w:rsidP="00C8249E">
      <w:pPr>
        <w:jc w:val="right"/>
        <w:rPr>
          <w:rFonts w:ascii="Arial" w:hAnsi="Arial" w:cs="Arial"/>
          <w:lang w:val="pl-PL"/>
        </w:rPr>
      </w:pPr>
    </w:p>
    <w:p w14:paraId="5917F996" w14:textId="77777777" w:rsidR="00C8249E" w:rsidRDefault="00C8249E" w:rsidP="00C8249E">
      <w:pPr>
        <w:jc w:val="right"/>
        <w:rPr>
          <w:rFonts w:ascii="Arial" w:hAnsi="Arial" w:cs="Arial"/>
          <w:lang w:val="pl-PL"/>
        </w:rPr>
      </w:pPr>
    </w:p>
    <w:p w14:paraId="26BA8943" w14:textId="77777777" w:rsidR="00C8249E" w:rsidRDefault="00C8249E" w:rsidP="00C8249E">
      <w:pPr>
        <w:jc w:val="right"/>
        <w:rPr>
          <w:rFonts w:ascii="Arial" w:hAnsi="Arial" w:cs="Arial"/>
          <w:lang w:val="pl-PL"/>
        </w:rPr>
      </w:pPr>
    </w:p>
    <w:p w14:paraId="2E0B0491" w14:textId="77777777" w:rsidR="00C8249E" w:rsidRDefault="00C8249E" w:rsidP="00C8249E">
      <w:pPr>
        <w:jc w:val="right"/>
        <w:rPr>
          <w:rFonts w:ascii="Arial" w:hAnsi="Arial" w:cs="Arial"/>
          <w:lang w:val="pl-PL"/>
        </w:rPr>
      </w:pPr>
    </w:p>
    <w:p w14:paraId="7F443420" w14:textId="77777777" w:rsidR="00C8249E" w:rsidRPr="00E329C0" w:rsidRDefault="00C8249E" w:rsidP="00C8249E">
      <w:pPr>
        <w:jc w:val="right"/>
        <w:rPr>
          <w:rFonts w:ascii="Arial" w:hAnsi="Arial" w:cs="Arial"/>
          <w:lang w:val="pl-PL"/>
        </w:rPr>
      </w:pPr>
      <w:r w:rsidRPr="00E329C0">
        <w:rPr>
          <w:rFonts w:ascii="Arial" w:hAnsi="Arial" w:cs="Arial"/>
          <w:lang w:val="pl-PL"/>
        </w:rPr>
        <w:t xml:space="preserve">......................................................... </w:t>
      </w:r>
      <w:proofErr w:type="spellStart"/>
      <w:r w:rsidRPr="00E329C0">
        <w:rPr>
          <w:rFonts w:ascii="Arial" w:hAnsi="Arial" w:cs="Arial"/>
          <w:lang w:val="pl-PL"/>
        </w:rPr>
        <w:t>dn</w:t>
      </w:r>
      <w:proofErr w:type="spellEnd"/>
      <w:r w:rsidRPr="00E329C0">
        <w:rPr>
          <w:rFonts w:ascii="Arial" w:hAnsi="Arial" w:cs="Arial"/>
          <w:lang w:val="pl-PL"/>
        </w:rPr>
        <w:t xml:space="preserve"> ................................</w:t>
      </w:r>
    </w:p>
    <w:p w14:paraId="7690AE1A" w14:textId="77777777" w:rsidR="00C8249E" w:rsidRPr="00E329C0" w:rsidRDefault="00C8249E" w:rsidP="00C8249E">
      <w:pPr>
        <w:jc w:val="right"/>
        <w:rPr>
          <w:rFonts w:ascii="Arial" w:hAnsi="Arial" w:cs="Arial"/>
          <w:lang w:val="pl-PL"/>
        </w:rPr>
      </w:pPr>
      <w:r w:rsidRPr="00E329C0">
        <w:rPr>
          <w:rFonts w:ascii="Arial" w:hAnsi="Arial" w:cs="Arial"/>
          <w:lang w:val="pl-PL"/>
        </w:rPr>
        <w:t>Podpisy i pieczęcie osób upoważnionych do reprezentowania Wykonawcy</w:t>
      </w:r>
    </w:p>
    <w:p w14:paraId="27740CAA" w14:textId="77777777" w:rsidR="00C8249E" w:rsidRPr="00E329C0" w:rsidRDefault="00C8249E" w:rsidP="00C8249E">
      <w:pPr>
        <w:jc w:val="right"/>
        <w:rPr>
          <w:rFonts w:ascii="Arial" w:hAnsi="Arial" w:cs="Arial"/>
        </w:rPr>
      </w:pPr>
      <w:r w:rsidRPr="00E329C0">
        <w:rPr>
          <w:rFonts w:ascii="Arial" w:hAnsi="Arial" w:cs="Arial"/>
        </w:rPr>
        <w:t>...............................................................................................</w:t>
      </w:r>
    </w:p>
    <w:p w14:paraId="5B0C3B1A" w14:textId="77777777" w:rsidR="00C8249E" w:rsidRPr="00E329C0" w:rsidRDefault="00C8249E" w:rsidP="00C8249E">
      <w:pPr>
        <w:jc w:val="right"/>
        <w:rPr>
          <w:rFonts w:ascii="Arial" w:hAnsi="Arial" w:cs="Arial"/>
          <w:lang w:val="pl-PL"/>
        </w:rPr>
      </w:pPr>
    </w:p>
    <w:sectPr w:rsidR="00C8249E" w:rsidRPr="00E329C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477EF" w14:textId="77777777" w:rsidR="00D6100E" w:rsidRDefault="00D6100E" w:rsidP="00042E2E">
      <w:pPr>
        <w:spacing w:after="0" w:line="240" w:lineRule="auto"/>
      </w:pPr>
      <w:r>
        <w:separator/>
      </w:r>
    </w:p>
  </w:endnote>
  <w:endnote w:type="continuationSeparator" w:id="0">
    <w:p w14:paraId="4B79A709" w14:textId="77777777" w:rsidR="00D6100E" w:rsidRDefault="00D6100E" w:rsidP="00042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9A6A5" w14:textId="77777777" w:rsidR="00D6100E" w:rsidRDefault="00D6100E" w:rsidP="00042E2E">
      <w:pPr>
        <w:spacing w:after="0" w:line="240" w:lineRule="auto"/>
      </w:pPr>
      <w:r>
        <w:separator/>
      </w:r>
    </w:p>
  </w:footnote>
  <w:footnote w:type="continuationSeparator" w:id="0">
    <w:p w14:paraId="2FE24F59" w14:textId="77777777" w:rsidR="00D6100E" w:rsidRDefault="00D6100E" w:rsidP="00042E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800526D"/>
    <w:multiLevelType w:val="hybridMultilevel"/>
    <w:tmpl w:val="28326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8C24AC"/>
    <w:multiLevelType w:val="hybridMultilevel"/>
    <w:tmpl w:val="AF6A1286"/>
    <w:lvl w:ilvl="0" w:tplc="A16AD0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2053">
    <w:abstractNumId w:val="8"/>
  </w:num>
  <w:num w:numId="2" w16cid:durableId="712272672">
    <w:abstractNumId w:val="6"/>
  </w:num>
  <w:num w:numId="3" w16cid:durableId="1136071379">
    <w:abstractNumId w:val="5"/>
  </w:num>
  <w:num w:numId="4" w16cid:durableId="1908223369">
    <w:abstractNumId w:val="4"/>
  </w:num>
  <w:num w:numId="5" w16cid:durableId="323553841">
    <w:abstractNumId w:val="7"/>
  </w:num>
  <w:num w:numId="6" w16cid:durableId="1441296953">
    <w:abstractNumId w:val="3"/>
  </w:num>
  <w:num w:numId="7" w16cid:durableId="1264219193">
    <w:abstractNumId w:val="2"/>
  </w:num>
  <w:num w:numId="8" w16cid:durableId="75588935">
    <w:abstractNumId w:val="1"/>
  </w:num>
  <w:num w:numId="9" w16cid:durableId="397245906">
    <w:abstractNumId w:val="0"/>
  </w:num>
  <w:num w:numId="10" w16cid:durableId="1086656918">
    <w:abstractNumId w:val="10"/>
  </w:num>
  <w:num w:numId="11" w16cid:durableId="11486704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E2E"/>
    <w:rsid w:val="00055499"/>
    <w:rsid w:val="0006063C"/>
    <w:rsid w:val="00091277"/>
    <w:rsid w:val="0015074B"/>
    <w:rsid w:val="0029639D"/>
    <w:rsid w:val="002F7A13"/>
    <w:rsid w:val="00326F90"/>
    <w:rsid w:val="003D5351"/>
    <w:rsid w:val="00731E39"/>
    <w:rsid w:val="007C1D37"/>
    <w:rsid w:val="00A14D49"/>
    <w:rsid w:val="00AA1D8D"/>
    <w:rsid w:val="00B47730"/>
    <w:rsid w:val="00C8249E"/>
    <w:rsid w:val="00CB0664"/>
    <w:rsid w:val="00D6100E"/>
    <w:rsid w:val="00D77F59"/>
    <w:rsid w:val="00E329C0"/>
    <w:rsid w:val="00E85A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028C92"/>
  <w14:defaultImageDpi w14:val="300"/>
  <w15:docId w15:val="{F4C3211E-28F3-45C5-BFDA-D6DA008EB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7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558</Words>
  <Characters>3348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Rafał Popławski</cp:lastModifiedBy>
  <cp:revision>2</cp:revision>
  <cp:lastPrinted>2025-05-05T12:09:00Z</cp:lastPrinted>
  <dcterms:created xsi:type="dcterms:W3CDTF">2025-05-05T12:24:00Z</dcterms:created>
  <dcterms:modified xsi:type="dcterms:W3CDTF">2025-05-05T12:24:00Z</dcterms:modified>
  <cp:category/>
</cp:coreProperties>
</file>